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7CE" w:rsidRDefault="005067CE">
      <w:pPr>
        <w:autoSpaceDE w:val="0"/>
        <w:autoSpaceDN w:val="0"/>
        <w:spacing w:after="0" w:line="240" w:lineRule="auto"/>
        <w:jc w:val="center"/>
      </w:pPr>
      <w:r w:rsidRPr="00821FD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591pt;height:841.5pt;visibility:visible">
            <v:imagedata r:id="rId5" o:title=""/>
          </v:shape>
        </w:pict>
      </w:r>
    </w:p>
    <w:p w:rsidR="005067CE" w:rsidRDefault="005067CE">
      <w:pPr>
        <w:sectPr w:rsidR="005067CE">
          <w:pgSz w:w="11900" w:h="16840"/>
          <w:pgMar w:top="4" w:right="16" w:bottom="2" w:left="36" w:header="720" w:footer="720" w:gutter="0"/>
          <w:cols w:space="720"/>
          <w:docGrid w:linePitch="360"/>
        </w:sectPr>
      </w:pPr>
    </w:p>
    <w:p w:rsidR="005067CE" w:rsidRDefault="005067CE">
      <w:pPr>
        <w:autoSpaceDE w:val="0"/>
        <w:autoSpaceDN w:val="0"/>
        <w:spacing w:after="0" w:line="240" w:lineRule="auto"/>
        <w:jc w:val="center"/>
      </w:pPr>
      <w:r w:rsidRPr="00821FD0">
        <w:rPr>
          <w:noProof/>
        </w:rPr>
        <w:pict>
          <v:shape id="Picture 2" o:spid="_x0000_i1026" type="#_x0000_t75" style="width:591pt;height:841.5pt;visibility:visible">
            <v:imagedata r:id="rId6" o:title=""/>
          </v:shape>
        </w:pict>
      </w:r>
    </w:p>
    <w:p w:rsidR="005067CE" w:rsidRDefault="005067CE">
      <w:pPr>
        <w:sectPr w:rsidR="005067CE">
          <w:pgSz w:w="11900" w:h="16840"/>
          <w:pgMar w:top="4" w:right="16" w:bottom="2" w:left="36" w:header="720" w:footer="720" w:gutter="0"/>
          <w:cols w:space="720"/>
          <w:docGrid w:linePitch="360"/>
        </w:sectPr>
      </w:pPr>
    </w:p>
    <w:p w:rsidR="005067CE" w:rsidRDefault="005067CE">
      <w:pPr>
        <w:autoSpaceDE w:val="0"/>
        <w:autoSpaceDN w:val="0"/>
        <w:spacing w:after="0" w:line="240" w:lineRule="auto"/>
        <w:jc w:val="center"/>
      </w:pPr>
      <w:r w:rsidRPr="00821FD0">
        <w:rPr>
          <w:noProof/>
        </w:rPr>
        <w:pict>
          <v:shape id="Picture 3" o:spid="_x0000_i1027" type="#_x0000_t75" style="width:591pt;height:841.5pt;visibility:visible">
            <v:imagedata r:id="rId7" o:title=""/>
          </v:shape>
        </w:pict>
      </w:r>
    </w:p>
    <w:sectPr w:rsidR="005067CE" w:rsidSect="00034616">
      <w:pgSz w:w="11900" w:h="16840"/>
      <w:pgMar w:top="4" w:right="16" w:bottom="2" w:left="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falt">
    <w:altName w:val="MS Gothic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falt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4000509000000000000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FB12693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38441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>
    <w:nsid w:val="FFFFFF89"/>
    <w:multiLevelType w:val="singleLevel"/>
    <w:tmpl w:val="29761A6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8"/>
  </w:num>
  <w:num w:numId="14">
    <w:abstractNumId w:val="6"/>
  </w:num>
  <w:num w:numId="15">
    <w:abstractNumId w:val="5"/>
  </w:num>
  <w:num w:numId="16">
    <w:abstractNumId w:val="4"/>
  </w:num>
  <w:num w:numId="17">
    <w:abstractNumId w:val="7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47730"/>
    <w:rsid w:val="00034616"/>
    <w:rsid w:val="0006063C"/>
    <w:rsid w:val="0015074B"/>
    <w:rsid w:val="001D2EA0"/>
    <w:rsid w:val="0029639D"/>
    <w:rsid w:val="00326F90"/>
    <w:rsid w:val="003710C7"/>
    <w:rsid w:val="005067CE"/>
    <w:rsid w:val="006C1E0B"/>
    <w:rsid w:val="0071544B"/>
    <w:rsid w:val="00821FD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falt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FC693F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9"/>
    <w:qFormat/>
    <w:rsid w:val="00FC693F"/>
    <w:pPr>
      <w:keepNext/>
      <w:keepLines/>
      <w:spacing w:before="480" w:after="0"/>
      <w:outlineLvl w:val="0"/>
    </w:pPr>
    <w:rPr>
      <w:rFonts w:ascii="Calibri" w:eastAsia="MS Gothifalt" w:hAnsi="Calibri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93F"/>
    <w:pPr>
      <w:keepNext/>
      <w:keepLines/>
      <w:spacing w:before="200" w:after="0"/>
      <w:outlineLvl w:val="1"/>
    </w:pPr>
    <w:rPr>
      <w:rFonts w:ascii="Calibri" w:eastAsia="MS Gothifalt" w:hAnsi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93F"/>
    <w:pPr>
      <w:keepNext/>
      <w:keepLines/>
      <w:spacing w:before="200" w:after="0"/>
      <w:outlineLvl w:val="2"/>
    </w:pPr>
    <w:rPr>
      <w:rFonts w:ascii="Calibri" w:eastAsia="MS Gothifalt" w:hAnsi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C693F"/>
    <w:pPr>
      <w:keepNext/>
      <w:keepLines/>
      <w:spacing w:before="200" w:after="0"/>
      <w:outlineLvl w:val="3"/>
    </w:pPr>
    <w:rPr>
      <w:rFonts w:ascii="Calibri" w:eastAsia="MS Gothifalt" w:hAnsi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FC693F"/>
    <w:pPr>
      <w:keepNext/>
      <w:keepLines/>
      <w:spacing w:before="200" w:after="0"/>
      <w:outlineLvl w:val="4"/>
    </w:pPr>
    <w:rPr>
      <w:rFonts w:ascii="Calibri" w:eastAsia="MS Gothifalt" w:hAnsi="Calibri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C693F"/>
    <w:pPr>
      <w:keepNext/>
      <w:keepLines/>
      <w:spacing w:before="200" w:after="0"/>
      <w:outlineLvl w:val="5"/>
    </w:pPr>
    <w:rPr>
      <w:rFonts w:ascii="Calibri" w:eastAsia="MS Gothifalt" w:hAnsi="Calibri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C693F"/>
    <w:pPr>
      <w:keepNext/>
      <w:keepLines/>
      <w:spacing w:before="200" w:after="0"/>
      <w:outlineLvl w:val="6"/>
    </w:pPr>
    <w:rPr>
      <w:rFonts w:ascii="Calibri" w:eastAsia="MS Gothifalt" w:hAnsi="Calibri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C693F"/>
    <w:pPr>
      <w:keepNext/>
      <w:keepLines/>
      <w:spacing w:before="200" w:after="0"/>
      <w:outlineLvl w:val="7"/>
    </w:pPr>
    <w:rPr>
      <w:rFonts w:ascii="Calibri" w:eastAsia="MS Gothifalt" w:hAnsi="Calibri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C693F"/>
    <w:pPr>
      <w:keepNext/>
      <w:keepLines/>
      <w:spacing w:before="200" w:after="0"/>
      <w:outlineLvl w:val="8"/>
    </w:pPr>
    <w:rPr>
      <w:rFonts w:ascii="Calibri" w:eastAsia="MS Gothifalt" w:hAnsi="Calibri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C693F"/>
    <w:rPr>
      <w:rFonts w:ascii="Calibri" w:eastAsia="MS Gothifalt" w:hAnsi="Calibri"/>
      <w:b/>
      <w:color w:val="365F91"/>
      <w:sz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FC693F"/>
    <w:rPr>
      <w:rFonts w:ascii="Calibri" w:eastAsia="MS Gothifalt" w:hAnsi="Calibri"/>
      <w:b/>
      <w:color w:val="4F81BD"/>
      <w:sz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FC693F"/>
    <w:rPr>
      <w:rFonts w:ascii="Calibri" w:eastAsia="MS Gothifalt" w:hAnsi="Calibri"/>
      <w:b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FC693F"/>
    <w:rPr>
      <w:rFonts w:ascii="Calibri" w:eastAsia="MS Gothifalt" w:hAnsi="Calibri"/>
      <w:b/>
      <w:i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C693F"/>
    <w:rPr>
      <w:rFonts w:ascii="Calibri" w:eastAsia="MS Gothifalt" w:hAnsi="Calibri"/>
      <w:color w:val="243F60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FC693F"/>
    <w:rPr>
      <w:rFonts w:ascii="Calibri" w:eastAsia="MS Gothifalt" w:hAnsi="Calibri"/>
      <w:i/>
      <w:color w:val="243F60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FC693F"/>
    <w:rPr>
      <w:rFonts w:ascii="Calibri" w:eastAsia="MS Gothifalt" w:hAnsi="Calibri"/>
      <w:i/>
      <w:color w:val="404040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FC693F"/>
    <w:rPr>
      <w:rFonts w:ascii="Calibri" w:eastAsia="MS Gothifalt" w:hAnsi="Calibri"/>
      <w:color w:val="4F81BD"/>
      <w:sz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FC693F"/>
    <w:rPr>
      <w:rFonts w:ascii="Calibri" w:eastAsia="MS Gothifalt" w:hAnsi="Calibri"/>
      <w:i/>
      <w:color w:val="404040"/>
      <w:sz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Pr>
      <w:rFonts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Pr>
      <w:rFonts w:cs="Times New Roman"/>
    </w:rPr>
  </w:style>
  <w:style w:type="paragraph" w:styleId="NoSpacing">
    <w:name w:val="No Spacing"/>
    <w:uiPriority w:val="99"/>
    <w:qFormat/>
    <w:rsid w:val="00FC693F"/>
  </w:style>
  <w:style w:type="paragraph" w:styleId="Title">
    <w:name w:val="Title"/>
    <w:basedOn w:val="Normal"/>
    <w:next w:val="Normal"/>
    <w:link w:val="TitleChar"/>
    <w:uiPriority w:val="99"/>
    <w:qFormat/>
    <w:rsid w:val="00FC693F"/>
    <w:pPr>
      <w:pBdr>
        <w:bottom w:val="single" w:sz="8" w:space="4" w:color="4F81BD"/>
      </w:pBdr>
      <w:spacing w:after="300" w:line="240" w:lineRule="auto"/>
      <w:contextualSpacing/>
    </w:pPr>
    <w:rPr>
      <w:rFonts w:ascii="Calibri" w:eastAsia="MS Gothifalt" w:hAnsi="Calibri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FC693F"/>
    <w:rPr>
      <w:rFonts w:ascii="Calibri" w:eastAsia="MS Gothifalt" w:hAnsi="Calibri"/>
      <w:color w:val="17365D"/>
      <w:spacing w:val="5"/>
      <w:kern w:val="28"/>
      <w:sz w:val="52"/>
    </w:rPr>
  </w:style>
  <w:style w:type="paragraph" w:styleId="Subtitle">
    <w:name w:val="Subtitle"/>
    <w:basedOn w:val="Normal"/>
    <w:next w:val="Normal"/>
    <w:link w:val="SubtitleChar"/>
    <w:uiPriority w:val="99"/>
    <w:qFormat/>
    <w:rsid w:val="00FC693F"/>
    <w:pPr>
      <w:numPr>
        <w:ilvl w:val="1"/>
      </w:numPr>
    </w:pPr>
    <w:rPr>
      <w:rFonts w:ascii="Calibri" w:eastAsia="MS Gothifalt" w:hAnsi="Calibri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FC693F"/>
    <w:rPr>
      <w:rFonts w:ascii="Calibri" w:eastAsia="MS Gothifalt" w:hAnsi="Calibri"/>
      <w:i/>
      <w:color w:val="4F81BD"/>
      <w:spacing w:val="15"/>
      <w:sz w:val="24"/>
    </w:rPr>
  </w:style>
  <w:style w:type="paragraph" w:styleId="ListParagraph">
    <w:name w:val="List Paragraph"/>
    <w:basedOn w:val="Normal"/>
    <w:uiPriority w:val="99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AA1D8D"/>
    <w:rPr>
      <w:rFonts w:cs="Times New Roman"/>
    </w:rPr>
  </w:style>
  <w:style w:type="paragraph" w:styleId="BodyText2">
    <w:name w:val="Body Text 2"/>
    <w:basedOn w:val="Normal"/>
    <w:link w:val="BodyText2Char"/>
    <w:uiPriority w:val="99"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AA1D8D"/>
    <w:rPr>
      <w:rFonts w:cs="Times New Roman"/>
    </w:rPr>
  </w:style>
  <w:style w:type="paragraph" w:styleId="BodyText3">
    <w:name w:val="Body Text 3"/>
    <w:basedOn w:val="Normal"/>
    <w:link w:val="BodyText3Char"/>
    <w:uiPriority w:val="99"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AA1D8D"/>
    <w:rPr>
      <w:sz w:val="16"/>
    </w:rPr>
  </w:style>
  <w:style w:type="paragraph" w:styleId="List">
    <w:name w:val="List"/>
    <w:basedOn w:val="Normal"/>
    <w:uiPriority w:val="99"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rsid w:val="00326F90"/>
    <w:pPr>
      <w:numPr>
        <w:numId w:val="7"/>
      </w:numPr>
      <w:contextualSpacing/>
    </w:pPr>
  </w:style>
  <w:style w:type="paragraph" w:styleId="ListBullet2">
    <w:name w:val="List Bullet 2"/>
    <w:basedOn w:val="Normal"/>
    <w:uiPriority w:val="99"/>
    <w:rsid w:val="00326F90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rsid w:val="00326F90"/>
    <w:pPr>
      <w:numPr>
        <w:numId w:val="9"/>
      </w:numPr>
      <w:contextualSpacing/>
    </w:pPr>
  </w:style>
  <w:style w:type="paragraph" w:styleId="ListNumber">
    <w:name w:val="List Number"/>
    <w:basedOn w:val="Normal"/>
    <w:uiPriority w:val="99"/>
    <w:rsid w:val="00326F90"/>
    <w:pPr>
      <w:numPr>
        <w:numId w:val="11"/>
      </w:numPr>
      <w:tabs>
        <w:tab w:val="clear" w:pos="720"/>
        <w:tab w:val="num" w:pos="360"/>
      </w:tabs>
      <w:ind w:left="360"/>
      <w:contextualSpacing/>
    </w:pPr>
  </w:style>
  <w:style w:type="paragraph" w:styleId="ListNumber2">
    <w:name w:val="List Number 2"/>
    <w:basedOn w:val="Normal"/>
    <w:uiPriority w:val="99"/>
    <w:rsid w:val="0029639D"/>
    <w:pPr>
      <w:numPr>
        <w:numId w:val="12"/>
      </w:numPr>
      <w:tabs>
        <w:tab w:val="clear" w:pos="1080"/>
        <w:tab w:val="num" w:pos="720"/>
      </w:tabs>
      <w:ind w:left="720"/>
      <w:contextualSpacing/>
    </w:pPr>
  </w:style>
  <w:style w:type="paragraph" w:styleId="ListNumber3">
    <w:name w:val="List Number 3"/>
    <w:basedOn w:val="Normal"/>
    <w:uiPriority w:val="99"/>
    <w:rsid w:val="0029639D"/>
    <w:pPr>
      <w:numPr>
        <w:numId w:val="13"/>
      </w:numPr>
      <w:tabs>
        <w:tab w:val="clear" w:pos="360"/>
        <w:tab w:val="num" w:pos="1080"/>
      </w:tabs>
      <w:ind w:left="1080"/>
      <w:contextualSpacing/>
    </w:pPr>
  </w:style>
  <w:style w:type="paragraph" w:styleId="ListContinue">
    <w:name w:val="List Continue"/>
    <w:basedOn w:val="Normal"/>
    <w:uiPriority w:val="99"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locked/>
    <w:rsid w:val="0029639D"/>
    <w:rPr>
      <w:rFonts w:ascii="Courier" w:hAnsi="Courier"/>
      <w:sz w:val="20"/>
    </w:rPr>
  </w:style>
  <w:style w:type="paragraph" w:styleId="Quote">
    <w:name w:val="Quote"/>
    <w:basedOn w:val="Normal"/>
    <w:next w:val="Normal"/>
    <w:link w:val="QuoteChar"/>
    <w:uiPriority w:val="99"/>
    <w:qFormat/>
    <w:rsid w:val="00FC693F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FC693F"/>
    <w:rPr>
      <w:i/>
      <w:color w:val="000000"/>
    </w:rPr>
  </w:style>
  <w:style w:type="paragraph" w:styleId="Caption">
    <w:name w:val="caption"/>
    <w:basedOn w:val="Normal"/>
    <w:next w:val="Normal"/>
    <w:uiPriority w:val="99"/>
    <w:qFormat/>
    <w:rsid w:val="00FC693F"/>
    <w:pPr>
      <w:spacing w:line="240" w:lineRule="auto"/>
    </w:pPr>
    <w:rPr>
      <w:b/>
      <w:bCs/>
      <w:color w:val="4F81BD"/>
      <w:sz w:val="18"/>
      <w:szCs w:val="18"/>
    </w:rPr>
  </w:style>
  <w:style w:type="character" w:styleId="Strong">
    <w:name w:val="Strong"/>
    <w:basedOn w:val="DefaultParagraphFont"/>
    <w:uiPriority w:val="99"/>
    <w:qFormat/>
    <w:rsid w:val="00FC693F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rsid w:val="00FC693F"/>
    <w:rPr>
      <w:rFonts w:cs="Times New Roman"/>
      <w:i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FC693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FC693F"/>
    <w:rPr>
      <w:b/>
      <w:i/>
      <w:color w:val="4F81BD"/>
    </w:rPr>
  </w:style>
  <w:style w:type="character" w:styleId="SubtleEmphasis">
    <w:name w:val="Subtle Emphasis"/>
    <w:basedOn w:val="DefaultParagraphFont"/>
    <w:uiPriority w:val="99"/>
    <w:qFormat/>
    <w:rsid w:val="00FC693F"/>
    <w:rPr>
      <w:i/>
      <w:color w:val="808080"/>
    </w:rPr>
  </w:style>
  <w:style w:type="character" w:styleId="IntenseEmphasis">
    <w:name w:val="Intense Emphasis"/>
    <w:basedOn w:val="DefaultParagraphFont"/>
    <w:uiPriority w:val="99"/>
    <w:qFormat/>
    <w:rsid w:val="00FC693F"/>
    <w:rPr>
      <w:b/>
      <w:i/>
      <w:color w:val="4F81BD"/>
    </w:rPr>
  </w:style>
  <w:style w:type="character" w:styleId="SubtleReference">
    <w:name w:val="Subtle Reference"/>
    <w:basedOn w:val="DefaultParagraphFont"/>
    <w:uiPriority w:val="99"/>
    <w:qFormat/>
    <w:rsid w:val="00FC693F"/>
    <w:rPr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99"/>
    <w:qFormat/>
    <w:rsid w:val="00FC693F"/>
    <w:rPr>
      <w:b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99"/>
    <w:qFormat/>
    <w:rsid w:val="00FC693F"/>
    <w:rPr>
      <w:b/>
      <w:smallCaps/>
      <w:spacing w:val="5"/>
    </w:rPr>
  </w:style>
  <w:style w:type="paragraph" w:styleId="TOCHeading">
    <w:name w:val="TOC Heading"/>
    <w:basedOn w:val="Heading1"/>
    <w:next w:val="Normal"/>
    <w:uiPriority w:val="99"/>
    <w:qFormat/>
    <w:rsid w:val="00FC693F"/>
    <w:pPr>
      <w:outlineLvl w:val="9"/>
    </w:pPr>
  </w:style>
  <w:style w:type="table" w:styleId="TableGrid">
    <w:name w:val="Table Grid"/>
    <w:basedOn w:val="TableNormal"/>
    <w:uiPriority w:val="99"/>
    <w:rsid w:val="00FC693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99"/>
    <w:rsid w:val="00FC693F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99"/>
    <w:rsid w:val="00FC693F"/>
    <w:rPr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99"/>
    <w:rsid w:val="00FC693F"/>
    <w:rPr>
      <w:color w:val="943634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99"/>
    <w:rsid w:val="00FC693F"/>
    <w:rPr>
      <w:color w:val="76923C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99"/>
    <w:rsid w:val="00FC693F"/>
    <w:rPr>
      <w:color w:val="5F497A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99"/>
    <w:rsid w:val="00FC693F"/>
    <w:rPr>
      <w:color w:val="31849B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6">
    <w:name w:val="Light Shading Accent 6"/>
    <w:basedOn w:val="TableNormal"/>
    <w:uiPriority w:val="99"/>
    <w:rsid w:val="00FC693F"/>
    <w:rPr>
      <w:color w:val="E36C0A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LightList">
    <w:name w:val="Light List"/>
    <w:basedOn w:val="TableNormal"/>
    <w:uiPriority w:val="99"/>
    <w:rsid w:val="00FC693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1">
    <w:name w:val="Light List Accent 1"/>
    <w:basedOn w:val="TableNormal"/>
    <w:uiPriority w:val="99"/>
    <w:rsid w:val="00FC693F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ghtList-Accent2">
    <w:name w:val="Light List Accent 2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LightList-Accent3">
    <w:name w:val="Light List Accent 3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ghtList-Accent4">
    <w:name w:val="Light List Accent 4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LightList-Accent5">
    <w:name w:val="Light List Accent 5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LightList-Accent6">
    <w:name w:val="Light List Accent 6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LightGrid">
    <w:name w:val="Light Grid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libri" w:eastAsia="MS Gothifalt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/>
      </w:pPr>
      <w:rPr>
        <w:rFonts w:ascii="Calibri" w:eastAsia="MS Gothifalt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Gothifalt" w:hAnsi="Calibri" w:cs="Times New Roman"/>
        <w:b/>
        <w:bCs/>
      </w:rPr>
    </w:tblStylePr>
    <w:tblStylePr w:type="lastCol">
      <w:rPr>
        <w:rFonts w:ascii="Calibri" w:eastAsia="MS Gothifalt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ghtGrid-Accent1">
    <w:name w:val="Light Grid Accent 1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libri" w:eastAsia="MS Gothifalt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/>
      </w:pPr>
      <w:rPr>
        <w:rFonts w:ascii="Calibri" w:eastAsia="MS Gothifalt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falt" w:hAnsi="Calibri" w:cs="Times New Roman"/>
        <w:b/>
        <w:bCs/>
      </w:rPr>
    </w:tblStylePr>
    <w:tblStylePr w:type="lastCol">
      <w:rPr>
        <w:rFonts w:ascii="Calibri" w:eastAsia="MS Gothifalt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LightGrid-Accent2">
    <w:name w:val="Light Grid Accent 2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libri" w:eastAsia="MS Gothifalt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Calibri" w:eastAsia="MS Gothifalt" w:hAnsi="Calibri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MS Gothifalt" w:hAnsi="Calibri" w:cs="Times New Roman"/>
        <w:b/>
        <w:bCs/>
      </w:rPr>
    </w:tblStylePr>
    <w:tblStylePr w:type="lastCol">
      <w:rPr>
        <w:rFonts w:ascii="Calibri" w:eastAsia="MS Gothifalt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LightGrid-Accent3">
    <w:name w:val="Light Grid Accent 3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libri" w:eastAsia="MS Gothifalt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/>
      </w:pPr>
      <w:rPr>
        <w:rFonts w:ascii="Calibri" w:eastAsia="MS Gothifalt" w:hAnsi="Calibri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MS Gothifalt" w:hAnsi="Calibri" w:cs="Times New Roman"/>
        <w:b/>
        <w:bCs/>
      </w:rPr>
    </w:tblStylePr>
    <w:tblStylePr w:type="lastCol">
      <w:rPr>
        <w:rFonts w:ascii="Calibri" w:eastAsia="MS Gothifalt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styleId="LightGrid-Accent4">
    <w:name w:val="Light Grid Accent 4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libri" w:eastAsia="MS Gothifalt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/>
      </w:pPr>
      <w:rPr>
        <w:rFonts w:ascii="Calibri" w:eastAsia="MS Gothifalt" w:hAnsi="Calibri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" w:eastAsia="MS Gothifalt" w:hAnsi="Calibri" w:cs="Times New Roman"/>
        <w:b/>
        <w:bCs/>
      </w:rPr>
    </w:tblStylePr>
    <w:tblStylePr w:type="lastCol">
      <w:rPr>
        <w:rFonts w:ascii="Calibri" w:eastAsia="MS Gothifalt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LightGrid-Accent5">
    <w:name w:val="Light Grid Accent 5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libri" w:eastAsia="MS Gothifalt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libri" w:eastAsia="MS Gothifalt" w:hAnsi="Calibri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" w:eastAsia="MS Gothifalt" w:hAnsi="Calibri" w:cs="Times New Roman"/>
        <w:b/>
        <w:bCs/>
      </w:rPr>
    </w:tblStylePr>
    <w:tblStylePr w:type="lastCol">
      <w:rPr>
        <w:rFonts w:ascii="Calibri" w:eastAsia="MS Gothifalt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styleId="LightGrid-Accent6">
    <w:name w:val="Light Grid Accent 6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libri" w:eastAsia="MS Gothifalt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/>
      </w:pPr>
      <w:rPr>
        <w:rFonts w:ascii="Calibri" w:eastAsia="MS Gothifalt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MS Gothifalt" w:hAnsi="Calibri" w:cs="Times New Roman"/>
        <w:b/>
        <w:bCs/>
      </w:rPr>
    </w:tblStylePr>
    <w:tblStylePr w:type="lastCol">
      <w:rPr>
        <w:rFonts w:ascii="Calibri" w:eastAsia="MS Gothifalt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MediumShading1">
    <w:name w:val="Medium Shading 1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3DFEE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FD8E8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DE4D0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99"/>
    <w:rsid w:val="00CB0664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MS Gothifalt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rPr>
        <w:rFonts w:cs="Times New Roman"/>
      </w:rPr>
      <w:tblPr/>
      <w:tcPr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0C0C0"/>
      </w:tcPr>
    </w:tblStylePr>
  </w:style>
  <w:style w:type="table" w:styleId="MediumList1-Accent1">
    <w:name w:val="Medium List 1 Accent 1"/>
    <w:basedOn w:val="TableNormal"/>
    <w:uiPriority w:val="99"/>
    <w:rsid w:val="00CB0664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MS Gothifalt" w:hAnsi="Calibri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rPr>
        <w:rFonts w:cs="Times New Roman"/>
      </w:rPr>
      <w:tblPr/>
      <w:tcPr>
        <w:shd w:val="clear" w:color="auto" w:fill="D3DFEE"/>
      </w:tcPr>
    </w:tblStylePr>
    <w:tblStylePr w:type="band1Horz">
      <w:rPr>
        <w:rFonts w:cs="Times New Roman"/>
      </w:rPr>
      <w:tblPr/>
      <w:tcPr>
        <w:shd w:val="clear" w:color="auto" w:fill="D3DFEE"/>
      </w:tcPr>
    </w:tblStylePr>
  </w:style>
  <w:style w:type="table" w:styleId="MediumList1-Accent2">
    <w:name w:val="Medium List 1 Accent 2"/>
    <w:basedOn w:val="TableNormal"/>
    <w:uiPriority w:val="99"/>
    <w:rsid w:val="00CB0664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MS Gothifalt" w:hAnsi="Calibri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shd w:val="clear" w:color="auto" w:fill="EFD3D2"/>
      </w:tcPr>
    </w:tblStylePr>
  </w:style>
  <w:style w:type="table" w:styleId="MediumList1-Accent3">
    <w:name w:val="Medium List 1 Accent 3"/>
    <w:basedOn w:val="TableNormal"/>
    <w:uiPriority w:val="99"/>
    <w:rsid w:val="00CB0664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MS Gothifalt" w:hAnsi="Calibri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rPr>
        <w:rFonts w:cs="Times New Roman"/>
      </w:rPr>
      <w:tblPr/>
      <w:tcPr>
        <w:shd w:val="clear" w:color="auto" w:fill="E6EED5"/>
      </w:tcPr>
    </w:tblStylePr>
    <w:tblStylePr w:type="band1Horz">
      <w:rPr>
        <w:rFonts w:cs="Times New Roman"/>
      </w:rPr>
      <w:tblPr/>
      <w:tcPr>
        <w:shd w:val="clear" w:color="auto" w:fill="E6EED5"/>
      </w:tcPr>
    </w:tblStylePr>
  </w:style>
  <w:style w:type="table" w:styleId="MediumList1-Accent4">
    <w:name w:val="Medium List 1 Accent 4"/>
    <w:basedOn w:val="TableNormal"/>
    <w:uiPriority w:val="99"/>
    <w:rsid w:val="00CB0664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MS Gothifalt" w:hAnsi="Calibri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rPr>
        <w:rFonts w:cs="Times New Roman"/>
      </w:rPr>
      <w:tblPr/>
      <w:tcPr>
        <w:shd w:val="clear" w:color="auto" w:fill="DFD8E8"/>
      </w:tcPr>
    </w:tblStylePr>
    <w:tblStylePr w:type="band1Horz">
      <w:rPr>
        <w:rFonts w:cs="Times New Roman"/>
      </w:rPr>
      <w:tblPr/>
      <w:tcPr>
        <w:shd w:val="clear" w:color="auto" w:fill="DFD8E8"/>
      </w:tcPr>
    </w:tblStylePr>
  </w:style>
  <w:style w:type="table" w:styleId="MediumList1-Accent5">
    <w:name w:val="Medium List 1 Accent 5"/>
    <w:basedOn w:val="TableNormal"/>
    <w:uiPriority w:val="99"/>
    <w:rsid w:val="00CB0664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MS Gothifalt" w:hAnsi="Calibri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rPr>
        <w:rFonts w:cs="Times New Roman"/>
      </w:rPr>
      <w:tblPr/>
      <w:tcPr>
        <w:shd w:val="clear" w:color="auto" w:fill="D2EAF1"/>
      </w:tcPr>
    </w:tblStylePr>
    <w:tblStylePr w:type="band1Horz">
      <w:rPr>
        <w:rFonts w:cs="Times New Roman"/>
      </w:rPr>
      <w:tblPr/>
      <w:tcPr>
        <w:shd w:val="clear" w:color="auto" w:fill="D2EAF1"/>
      </w:tcPr>
    </w:tblStylePr>
  </w:style>
  <w:style w:type="table" w:styleId="MediumList1-Accent6">
    <w:name w:val="Medium List 1 Accent 6"/>
    <w:basedOn w:val="TableNormal"/>
    <w:uiPriority w:val="99"/>
    <w:rsid w:val="00CB0664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libri" w:eastAsia="MS Gothifalt" w:hAnsi="Calibri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rFonts w:cs="Times New Roman"/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rPr>
        <w:rFonts w:cs="Times New Roman"/>
      </w:rPr>
      <w:tblPr/>
      <w:tcPr>
        <w:shd w:val="clear" w:color="auto" w:fill="FDE4D0"/>
      </w:tcPr>
    </w:tblStylePr>
    <w:tblStylePr w:type="band1Horz">
      <w:rPr>
        <w:rFonts w:cs="Times New Roman"/>
      </w:rPr>
      <w:tblPr/>
      <w:tcPr>
        <w:shd w:val="clear" w:color="auto" w:fill="FDE4D0"/>
      </w:tcPr>
    </w:tblStylePr>
  </w:style>
  <w:style w:type="table" w:styleId="MediumList2">
    <w:name w:val="Medium List 2"/>
    <w:basedOn w:val="TableNormal"/>
    <w:uiPriority w:val="99"/>
    <w:rsid w:val="00CB0664"/>
    <w:rPr>
      <w:rFonts w:ascii="Calibri" w:eastAsia="MS Gothifalt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99"/>
    <w:rsid w:val="00CB0664"/>
    <w:rPr>
      <w:rFonts w:ascii="Calibri" w:eastAsia="MS Gothifalt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9"/>
    <w:rsid w:val="00CB0664"/>
    <w:rPr>
      <w:rFonts w:ascii="Calibri" w:eastAsia="MS Gothifalt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9"/>
    <w:rsid w:val="00CB0664"/>
    <w:rPr>
      <w:rFonts w:ascii="Calibri" w:eastAsia="MS Gothifalt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9"/>
    <w:rsid w:val="00CB0664"/>
    <w:rPr>
      <w:rFonts w:ascii="Calibri" w:eastAsia="MS Gothifalt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9"/>
    <w:rsid w:val="00CB0664"/>
    <w:rPr>
      <w:rFonts w:ascii="Calibri" w:eastAsia="MS Gothifalt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9"/>
    <w:rsid w:val="00CB0664"/>
    <w:rPr>
      <w:rFonts w:ascii="Calibri" w:eastAsia="MS Gothifalt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styleId="MediumGrid1-Accent1">
    <w:name w:val="Medium Grid 1 Accent 1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table" w:styleId="MediumGrid1-Accent2">
    <w:name w:val="Medium Grid 1 Accent 2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FA7A6"/>
      </w:tcPr>
    </w:tblStylePr>
    <w:tblStylePr w:type="band1Horz">
      <w:rPr>
        <w:rFonts w:cs="Times New Roman"/>
      </w:rPr>
      <w:tblPr/>
      <w:tcPr>
        <w:shd w:val="clear" w:color="auto" w:fill="DFA7A6"/>
      </w:tcPr>
    </w:tblStylePr>
  </w:style>
  <w:style w:type="table" w:styleId="MediumGrid1-Accent3">
    <w:name w:val="Medium Grid 1 Accent 3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table" w:styleId="MediumGrid1-Accent4">
    <w:name w:val="Medium Grid 1 Accent 4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BFB1D0"/>
      </w:tcPr>
    </w:tblStylePr>
    <w:tblStylePr w:type="band1Horz">
      <w:rPr>
        <w:rFonts w:cs="Times New Roman"/>
      </w:rPr>
      <w:tblPr/>
      <w:tcPr>
        <w:shd w:val="clear" w:color="auto" w:fill="BFB1D0"/>
      </w:tcPr>
    </w:tblStylePr>
  </w:style>
  <w:style w:type="table" w:styleId="MediumGrid1-Accent5">
    <w:name w:val="Medium Grid 1 Accent 5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</w:style>
  <w:style w:type="table" w:styleId="MediumGrid1-Accent6">
    <w:name w:val="Medium Grid 1 Accent 6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</w:style>
  <w:style w:type="table" w:styleId="MediumGrid2">
    <w:name w:val="Medium Grid 2"/>
    <w:basedOn w:val="TableNormal"/>
    <w:uiPriority w:val="99"/>
    <w:rsid w:val="00CB0664"/>
    <w:rPr>
      <w:rFonts w:ascii="Calibri" w:eastAsia="MS Gothifalt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rFonts w:cs="Times New Roman"/>
        <w:b/>
        <w:bCs/>
        <w:color w:val="000000"/>
      </w:rPr>
      <w:tblPr/>
      <w:tcPr>
        <w:shd w:val="clear" w:color="auto" w:fill="E6E6E6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MediumGrid2-Accent1">
    <w:name w:val="Medium Grid 2 Accent 1"/>
    <w:basedOn w:val="TableNormal"/>
    <w:uiPriority w:val="99"/>
    <w:rsid w:val="00CB0664"/>
    <w:rPr>
      <w:rFonts w:ascii="Calibri" w:eastAsia="MS Gothifalt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Times New Roman"/>
        <w:b/>
        <w:bCs/>
        <w:color w:val="000000"/>
      </w:rPr>
      <w:tblPr/>
      <w:tcPr>
        <w:shd w:val="clear" w:color="auto" w:fill="EDF2F8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MediumGrid2-Accent2">
    <w:name w:val="Medium Grid 2 Accent 2"/>
    <w:basedOn w:val="TableNormal"/>
    <w:uiPriority w:val="99"/>
    <w:rsid w:val="00CB0664"/>
    <w:rPr>
      <w:rFonts w:ascii="Calibri" w:eastAsia="MS Gothifalt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rFonts w:cs="Times New Roman"/>
        <w:b/>
        <w:bCs/>
        <w:color w:val="000000"/>
      </w:rPr>
      <w:tblPr/>
      <w:tcPr>
        <w:shd w:val="clear" w:color="auto" w:fill="F8EDED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rPr>
        <w:rFonts w:cs="Times New Roman"/>
      </w:rPr>
      <w:tblPr/>
      <w:tcPr>
        <w:shd w:val="clear" w:color="auto" w:fill="DFA7A6"/>
      </w:tcPr>
    </w:tblStylePr>
    <w:tblStylePr w:type="band1Horz">
      <w:rPr>
        <w:rFonts w:cs="Times New Roman"/>
      </w:rPr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MediumGrid2-Accent3">
    <w:name w:val="Medium Grid 2 Accent 3"/>
    <w:basedOn w:val="TableNormal"/>
    <w:uiPriority w:val="99"/>
    <w:rsid w:val="00CB0664"/>
    <w:rPr>
      <w:rFonts w:ascii="Calibri" w:eastAsia="MS Gothifalt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rFonts w:cs="Times New Roman"/>
        <w:b/>
        <w:bCs/>
        <w:color w:val="000000"/>
      </w:rPr>
      <w:tblPr/>
      <w:tcPr>
        <w:shd w:val="clear" w:color="auto" w:fill="F5F8EE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MediumGrid2-Accent4">
    <w:name w:val="Medium Grid 2 Accent 4"/>
    <w:basedOn w:val="TableNormal"/>
    <w:uiPriority w:val="99"/>
    <w:rsid w:val="00CB0664"/>
    <w:rPr>
      <w:rFonts w:ascii="Calibri" w:eastAsia="MS Gothifalt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rFonts w:cs="Times New Roman"/>
        <w:b/>
        <w:bCs/>
        <w:color w:val="000000"/>
      </w:rPr>
      <w:tblPr/>
      <w:tcPr>
        <w:shd w:val="clear" w:color="auto" w:fill="F2EFF6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rPr>
        <w:rFonts w:cs="Times New Roman"/>
      </w:rPr>
      <w:tblPr/>
      <w:tcPr>
        <w:shd w:val="clear" w:color="auto" w:fill="BFB1D0"/>
      </w:tcPr>
    </w:tblStylePr>
    <w:tblStylePr w:type="band1Horz">
      <w:rPr>
        <w:rFonts w:cs="Times New Roman"/>
      </w:rPr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MediumGrid2-Accent5">
    <w:name w:val="Medium Grid 2 Accent 5"/>
    <w:basedOn w:val="TableNormal"/>
    <w:uiPriority w:val="99"/>
    <w:rsid w:val="00CB0664"/>
    <w:rPr>
      <w:rFonts w:ascii="Calibri" w:eastAsia="MS Gothifalt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rFonts w:cs="Times New Roman"/>
        <w:b/>
        <w:bCs/>
        <w:color w:val="000000"/>
      </w:rPr>
      <w:tblPr/>
      <w:tcPr>
        <w:shd w:val="clear" w:color="auto" w:fill="EDF6F9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MediumGrid2-Accent6">
    <w:name w:val="Medium Grid 2 Accent 6"/>
    <w:basedOn w:val="TableNormal"/>
    <w:uiPriority w:val="99"/>
    <w:rsid w:val="00CB0664"/>
    <w:rPr>
      <w:rFonts w:ascii="Calibri" w:eastAsia="MS Gothifalt" w:hAnsi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rFonts w:cs="Times New Roman"/>
        <w:b/>
        <w:bCs/>
        <w:color w:val="000000"/>
      </w:rPr>
      <w:tblPr/>
      <w:tcPr>
        <w:shd w:val="clear" w:color="auto" w:fill="FEF4EC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MediumGrid3">
    <w:name w:val="Medium Grid 3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MediumGrid3-Accent2">
    <w:name w:val="Medium Grid 3 Accent 2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styleId="MediumGrid3-Accent3">
    <w:name w:val="Medium Grid 3 Accent 3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MediumGrid3-Accent4">
    <w:name w:val="Medium Grid 3 Accent 4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MediumGrid3-Accent5">
    <w:name w:val="Medium Grid 3 Accent 5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MediumGrid3-Accent6">
    <w:name w:val="Medium Grid 3 Accent 6"/>
    <w:basedOn w:val="TableNormal"/>
    <w:uiPriority w:val="99"/>
    <w:rsid w:val="00CB066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DarkList">
    <w:name w:val="Dark List"/>
    <w:basedOn w:val="TableNormal"/>
    <w:uiPriority w:val="99"/>
    <w:rsid w:val="00CB0664"/>
    <w:rPr>
      <w:color w:val="FFFFFF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arkList-Accent1">
    <w:name w:val="Dark List Accent 1"/>
    <w:basedOn w:val="TableNormal"/>
    <w:uiPriority w:val="99"/>
    <w:rsid w:val="00CB0664"/>
    <w:rPr>
      <w:color w:val="FFFFFF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DarkList-Accent2">
    <w:name w:val="Dark List Accent 2"/>
    <w:basedOn w:val="TableNormal"/>
    <w:uiPriority w:val="99"/>
    <w:rsid w:val="00CB0664"/>
    <w:rPr>
      <w:color w:val="FFFFFF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DarkList-Accent3">
    <w:name w:val="Dark List Accent 3"/>
    <w:basedOn w:val="TableNormal"/>
    <w:uiPriority w:val="99"/>
    <w:rsid w:val="00CB0664"/>
    <w:rPr>
      <w:color w:val="FFFFFF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DarkList-Accent4">
    <w:name w:val="Dark List Accent 4"/>
    <w:basedOn w:val="TableNormal"/>
    <w:uiPriority w:val="99"/>
    <w:rsid w:val="00CB0664"/>
    <w:rPr>
      <w:color w:val="FFFFFF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DarkList-Accent5">
    <w:name w:val="Dark List Accent 5"/>
    <w:basedOn w:val="TableNormal"/>
    <w:uiPriority w:val="99"/>
    <w:rsid w:val="00CB0664"/>
    <w:rPr>
      <w:color w:val="FFFFFF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DarkList-Accent6">
    <w:name w:val="Dark List Accent 6"/>
    <w:basedOn w:val="TableNormal"/>
    <w:uiPriority w:val="99"/>
    <w:rsid w:val="00CB0664"/>
    <w:rPr>
      <w:color w:val="FFFFFF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rPr>
        <w:rFonts w:cs="Times New Roman"/>
      </w:rPr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rPr>
        <w:rFonts w:cs="Times New Roman"/>
      </w:rPr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ColorfulShading">
    <w:name w:val="Colorful Shading"/>
    <w:basedOn w:val="TableNormal"/>
    <w:uiPriority w:val="99"/>
    <w:rsid w:val="00CB0664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999999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styleId="ColorfulShading-Accent1">
    <w:name w:val="Colorful Shading Accent 1"/>
    <w:basedOn w:val="TableNormal"/>
    <w:uiPriority w:val="99"/>
    <w:rsid w:val="00CB0664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rPr>
        <w:rFonts w:cs="Times New Roman"/>
      </w:rPr>
      <w:tblPr/>
      <w:tcPr>
        <w:shd w:val="clear" w:color="auto" w:fill="B8CCE4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styleId="ColorfulShading-Accent2">
    <w:name w:val="Colorful Shading Accent 2"/>
    <w:basedOn w:val="TableNormal"/>
    <w:uiPriority w:val="99"/>
    <w:rsid w:val="00CB0664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rPr>
        <w:rFonts w:cs="Times New Roman"/>
      </w:rPr>
      <w:tblPr/>
      <w:tcPr>
        <w:shd w:val="clear" w:color="auto" w:fill="E5B8B7"/>
      </w:tcPr>
    </w:tblStylePr>
    <w:tblStylePr w:type="band1Horz">
      <w:rPr>
        <w:rFonts w:cs="Times New Roman"/>
      </w:rPr>
      <w:tblPr/>
      <w:tcPr>
        <w:shd w:val="clear" w:color="auto" w:fill="DFA7A6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styleId="ColorfulShading-Accent3">
    <w:name w:val="Colorful Shading Accent 3"/>
    <w:basedOn w:val="TableNormal"/>
    <w:uiPriority w:val="99"/>
    <w:rsid w:val="00CB0664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rPr>
        <w:rFonts w:cs="Times New Roman"/>
      </w:rPr>
      <w:tblPr/>
      <w:tcPr>
        <w:shd w:val="clear" w:color="auto" w:fill="D6E3B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table" w:styleId="ColorfulShading-Accent4">
    <w:name w:val="Colorful Shading Accent 4"/>
    <w:basedOn w:val="TableNormal"/>
    <w:uiPriority w:val="99"/>
    <w:rsid w:val="00CB0664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rPr>
        <w:rFonts w:cs="Times New Roman"/>
      </w:rPr>
      <w:tblPr/>
      <w:tcPr>
        <w:shd w:val="clear" w:color="auto" w:fill="CCC0D9"/>
      </w:tcPr>
    </w:tblStylePr>
    <w:tblStylePr w:type="band1Horz">
      <w:rPr>
        <w:rFonts w:cs="Times New Roman"/>
      </w:rPr>
      <w:tblPr/>
      <w:tcPr>
        <w:shd w:val="clear" w:color="auto" w:fill="BFB1D0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styleId="ColorfulShading-Accent5">
    <w:name w:val="Colorful Shading Accent 5"/>
    <w:basedOn w:val="TableNormal"/>
    <w:uiPriority w:val="99"/>
    <w:rsid w:val="00CB0664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rPr>
        <w:rFonts w:cs="Times New Roman"/>
      </w:rPr>
      <w:tblPr/>
      <w:tcPr>
        <w:shd w:val="clear" w:color="auto" w:fill="B6DDE8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styleId="ColorfulShading-Accent6">
    <w:name w:val="Colorful Shading Accent 6"/>
    <w:basedOn w:val="TableNormal"/>
    <w:uiPriority w:val="99"/>
    <w:rsid w:val="00CB0664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rPr>
        <w:rFonts w:cs="Times New Roman"/>
      </w:rPr>
      <w:tblPr/>
      <w:tcPr>
        <w:shd w:val="clear" w:color="auto" w:fill="FBD4B4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table" w:styleId="ColorfulList">
    <w:name w:val="Colorful List"/>
    <w:basedOn w:val="TableNormal"/>
    <w:uiPriority w:val="99"/>
    <w:rsid w:val="00CB0664"/>
    <w:rPr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rFonts w:cs="Times New Roman"/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shd w:val="clear" w:color="auto" w:fill="CCCCCC"/>
      </w:tcPr>
    </w:tblStylePr>
  </w:style>
  <w:style w:type="table" w:styleId="ColorfulList-Accent1">
    <w:name w:val="Colorful List Accent 1"/>
    <w:basedOn w:val="TableNormal"/>
    <w:uiPriority w:val="99"/>
    <w:rsid w:val="00CB0664"/>
    <w:rPr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rFonts w:cs="Times New Roman"/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shd w:val="clear" w:color="auto" w:fill="DBE5F1"/>
      </w:tcPr>
    </w:tblStylePr>
  </w:style>
  <w:style w:type="table" w:styleId="ColorfulList-Accent2">
    <w:name w:val="Colorful List Accent 2"/>
    <w:basedOn w:val="TableNormal"/>
    <w:uiPriority w:val="99"/>
    <w:rsid w:val="00CB0664"/>
    <w:rPr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rFonts w:cs="Times New Roman"/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shd w:val="clear" w:color="auto" w:fill="F2DBDB"/>
      </w:tcPr>
    </w:tblStylePr>
  </w:style>
  <w:style w:type="table" w:styleId="ColorfulList-Accent3">
    <w:name w:val="Colorful List Accent 3"/>
    <w:basedOn w:val="TableNormal"/>
    <w:uiPriority w:val="99"/>
    <w:rsid w:val="00CB0664"/>
    <w:rPr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rFonts w:cs="Times New Roman"/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shd w:val="clear" w:color="auto" w:fill="EAF1DD"/>
      </w:tcPr>
    </w:tblStylePr>
  </w:style>
  <w:style w:type="table" w:styleId="ColorfulList-Accent4">
    <w:name w:val="Colorful List Accent 4"/>
    <w:basedOn w:val="TableNormal"/>
    <w:uiPriority w:val="99"/>
    <w:rsid w:val="00CB0664"/>
    <w:rPr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rFonts w:cs="Times New Roman"/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rPr>
        <w:rFonts w:cs="Times New Roman"/>
      </w:rPr>
      <w:tblPr/>
      <w:tcPr>
        <w:shd w:val="clear" w:color="auto" w:fill="E5DFEC"/>
      </w:tcPr>
    </w:tblStylePr>
  </w:style>
  <w:style w:type="table" w:styleId="ColorfulList-Accent5">
    <w:name w:val="Colorful List Accent 5"/>
    <w:basedOn w:val="TableNormal"/>
    <w:uiPriority w:val="99"/>
    <w:rsid w:val="00CB0664"/>
    <w:rPr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rFonts w:cs="Times New Roman"/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shd w:val="clear" w:color="auto" w:fill="DAEEF3"/>
      </w:tcPr>
    </w:tblStylePr>
  </w:style>
  <w:style w:type="table" w:styleId="ColorfulList-Accent6">
    <w:name w:val="Colorful List Accent 6"/>
    <w:basedOn w:val="TableNormal"/>
    <w:uiPriority w:val="99"/>
    <w:rsid w:val="00CB0664"/>
    <w:rPr>
      <w:color w:val="00000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/>
    </w:tc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rFonts w:cs="Times New Roman"/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rPr>
        <w:rFonts w:cs="Times New Roman"/>
      </w:rPr>
      <w:tblPr/>
      <w:tcPr>
        <w:shd w:val="clear" w:color="auto" w:fill="FDE9D9"/>
      </w:tcPr>
    </w:tblStylePr>
  </w:style>
  <w:style w:type="table" w:styleId="ColorfulGrid">
    <w:name w:val="Colorful Grid"/>
    <w:basedOn w:val="TableNormal"/>
    <w:uiPriority w:val="99"/>
    <w:rsid w:val="00CB0664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/>
    </w:tcPr>
    <w:tblStylePr w:type="firstRow">
      <w:rPr>
        <w:rFonts w:cs="Times New Roman"/>
        <w:b/>
        <w:bCs/>
      </w:rPr>
      <w:tblPr/>
      <w:tcPr>
        <w:shd w:val="clear" w:color="auto" w:fill="999999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999999"/>
      </w:tcPr>
    </w:tblStylePr>
    <w:tblStylePr w:type="firstCol">
      <w:rPr>
        <w:rFonts w:cs="Times New Roman"/>
        <w:color w:val="FFFFFF"/>
      </w:rPr>
      <w:tblPr/>
      <w:tcPr>
        <w:shd w:val="clear" w:color="auto" w:fill="000000"/>
      </w:tcPr>
    </w:tblStylePr>
    <w:tblStylePr w:type="lastCol">
      <w:rPr>
        <w:rFonts w:cs="Times New Roman"/>
        <w:color w:val="FFFFFF"/>
      </w:rPr>
      <w:tblPr/>
      <w:tcPr>
        <w:shd w:val="clear" w:color="auto" w:fill="000000"/>
      </w:tcPr>
    </w:tblStylePr>
    <w:tblStylePr w:type="band1Vert">
      <w:rPr>
        <w:rFonts w:cs="Times New Roman"/>
      </w:rPr>
      <w:tblPr/>
      <w:tcPr>
        <w:shd w:val="clear" w:color="auto" w:fill="808080"/>
      </w:tcPr>
    </w:tblStylePr>
    <w:tblStylePr w:type="band1Horz">
      <w:rPr>
        <w:rFonts w:cs="Times New Roman"/>
      </w:rPr>
      <w:tblPr/>
      <w:tcPr>
        <w:shd w:val="clear" w:color="auto" w:fill="808080"/>
      </w:tcPr>
    </w:tblStylePr>
  </w:style>
  <w:style w:type="table" w:styleId="ColorfulGrid-Accent1">
    <w:name w:val="Colorful Grid Accent 1"/>
    <w:basedOn w:val="TableNormal"/>
    <w:uiPriority w:val="99"/>
    <w:rsid w:val="00CB0664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/>
    </w:tcPr>
    <w:tblStylePr w:type="firstRow">
      <w:rPr>
        <w:rFonts w:cs="Times New Roman"/>
        <w:b/>
        <w:bCs/>
      </w:rPr>
      <w:tblPr/>
      <w:tcPr>
        <w:shd w:val="clear" w:color="auto" w:fill="B8CCE4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B8CCE4"/>
      </w:tcPr>
    </w:tblStylePr>
    <w:tblStylePr w:type="firstCol">
      <w:rPr>
        <w:rFonts w:cs="Times New Roman"/>
        <w:color w:val="FFFFFF"/>
      </w:rPr>
      <w:tblPr/>
      <w:tcPr>
        <w:shd w:val="clear" w:color="auto" w:fill="365F91"/>
      </w:tcPr>
    </w:tblStylePr>
    <w:tblStylePr w:type="lastCol">
      <w:rPr>
        <w:rFonts w:cs="Times New Roman"/>
        <w:color w:val="FFFFFF"/>
      </w:rPr>
      <w:tblPr/>
      <w:tcPr>
        <w:shd w:val="clear" w:color="auto" w:fill="365F91"/>
      </w:tcPr>
    </w:tblStylePr>
    <w:tblStylePr w:type="band1Vert">
      <w:rPr>
        <w:rFonts w:cs="Times New Roman"/>
      </w:rPr>
      <w:tblPr/>
      <w:tcPr>
        <w:shd w:val="clear" w:color="auto" w:fill="A7BFDE"/>
      </w:tcPr>
    </w:tblStylePr>
    <w:tblStylePr w:type="band1Horz">
      <w:rPr>
        <w:rFonts w:cs="Times New Roman"/>
      </w:rPr>
      <w:tblPr/>
      <w:tcPr>
        <w:shd w:val="clear" w:color="auto" w:fill="A7BFDE"/>
      </w:tcPr>
    </w:tblStylePr>
  </w:style>
  <w:style w:type="table" w:styleId="ColorfulGrid-Accent2">
    <w:name w:val="Colorful Grid Accent 2"/>
    <w:basedOn w:val="TableNormal"/>
    <w:uiPriority w:val="99"/>
    <w:rsid w:val="00CB0664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/>
    </w:tcPr>
    <w:tblStylePr w:type="firstRow">
      <w:rPr>
        <w:rFonts w:cs="Times New Roman"/>
        <w:b/>
        <w:bCs/>
      </w:rPr>
      <w:tblPr/>
      <w:tcPr>
        <w:shd w:val="clear" w:color="auto" w:fill="E5B8B7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E5B8B7"/>
      </w:tcPr>
    </w:tblStylePr>
    <w:tblStylePr w:type="firstCol">
      <w:rPr>
        <w:rFonts w:cs="Times New Roman"/>
        <w:color w:val="FFFFFF"/>
      </w:rPr>
      <w:tblPr/>
      <w:tcPr>
        <w:shd w:val="clear" w:color="auto" w:fill="943634"/>
      </w:tcPr>
    </w:tblStylePr>
    <w:tblStylePr w:type="lastCol">
      <w:rPr>
        <w:rFonts w:cs="Times New Roman"/>
        <w:color w:val="FFFFFF"/>
      </w:rPr>
      <w:tblPr/>
      <w:tcPr>
        <w:shd w:val="clear" w:color="auto" w:fill="943634"/>
      </w:tcPr>
    </w:tblStylePr>
    <w:tblStylePr w:type="band1Vert">
      <w:rPr>
        <w:rFonts w:cs="Times New Roman"/>
      </w:rPr>
      <w:tblPr/>
      <w:tcPr>
        <w:shd w:val="clear" w:color="auto" w:fill="DFA7A6"/>
      </w:tcPr>
    </w:tblStylePr>
    <w:tblStylePr w:type="band1Horz">
      <w:rPr>
        <w:rFonts w:cs="Times New Roman"/>
      </w:rPr>
      <w:tblPr/>
      <w:tcPr>
        <w:shd w:val="clear" w:color="auto" w:fill="DFA7A6"/>
      </w:tcPr>
    </w:tblStylePr>
  </w:style>
  <w:style w:type="table" w:styleId="ColorfulGrid-Accent3">
    <w:name w:val="Colorful Grid Accent 3"/>
    <w:basedOn w:val="TableNormal"/>
    <w:uiPriority w:val="99"/>
    <w:rsid w:val="00CB0664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rFonts w:cs="Times New Roman"/>
        <w:b/>
        <w:bCs/>
      </w:rPr>
      <w:tblPr/>
      <w:tcPr>
        <w:shd w:val="clear" w:color="auto" w:fill="D6E3BC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D6E3BC"/>
      </w:tcPr>
    </w:tblStylePr>
    <w:tblStylePr w:type="firstCol">
      <w:rPr>
        <w:rFonts w:cs="Times New Roman"/>
        <w:color w:val="FFFFFF"/>
      </w:rPr>
      <w:tblPr/>
      <w:tcPr>
        <w:shd w:val="clear" w:color="auto" w:fill="76923C"/>
      </w:tcPr>
    </w:tblStylePr>
    <w:tblStylePr w:type="lastCol">
      <w:rPr>
        <w:rFonts w:cs="Times New Roman"/>
        <w:color w:val="FFFFFF"/>
      </w:rPr>
      <w:tblPr/>
      <w:tcPr>
        <w:shd w:val="clear" w:color="auto" w:fill="76923C"/>
      </w:tc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table" w:styleId="ColorfulGrid-Accent4">
    <w:name w:val="Colorful Grid Accent 4"/>
    <w:basedOn w:val="TableNormal"/>
    <w:uiPriority w:val="99"/>
    <w:rsid w:val="00CB0664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rFonts w:cs="Times New Roman"/>
        <w:b/>
        <w:bCs/>
      </w:rPr>
      <w:tblPr/>
      <w:tcPr>
        <w:shd w:val="clear" w:color="auto" w:fill="CCC0D9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CCC0D9"/>
      </w:tcPr>
    </w:tblStylePr>
    <w:tblStylePr w:type="firstCol">
      <w:rPr>
        <w:rFonts w:cs="Times New Roman"/>
        <w:color w:val="FFFFFF"/>
      </w:rPr>
      <w:tblPr/>
      <w:tcPr>
        <w:shd w:val="clear" w:color="auto" w:fill="5F497A"/>
      </w:tcPr>
    </w:tblStylePr>
    <w:tblStylePr w:type="lastCol">
      <w:rPr>
        <w:rFonts w:cs="Times New Roman"/>
        <w:color w:val="FFFFFF"/>
      </w:rPr>
      <w:tblPr/>
      <w:tcPr>
        <w:shd w:val="clear" w:color="auto" w:fill="5F497A"/>
      </w:tcPr>
    </w:tblStylePr>
    <w:tblStylePr w:type="band1Vert">
      <w:rPr>
        <w:rFonts w:cs="Times New Roman"/>
      </w:rPr>
      <w:tblPr/>
      <w:tcPr>
        <w:shd w:val="clear" w:color="auto" w:fill="BFB1D0"/>
      </w:tcPr>
    </w:tblStylePr>
    <w:tblStylePr w:type="band1Horz">
      <w:rPr>
        <w:rFonts w:cs="Times New Roman"/>
      </w:rPr>
      <w:tblPr/>
      <w:tcPr>
        <w:shd w:val="clear" w:color="auto" w:fill="BFB1D0"/>
      </w:tcPr>
    </w:tblStylePr>
  </w:style>
  <w:style w:type="table" w:styleId="ColorfulGrid-Accent5">
    <w:name w:val="Colorful Grid Accent 5"/>
    <w:basedOn w:val="TableNormal"/>
    <w:uiPriority w:val="99"/>
    <w:rsid w:val="00CB0664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/>
    </w:tcPr>
    <w:tblStylePr w:type="firstRow">
      <w:rPr>
        <w:rFonts w:cs="Times New Roman"/>
        <w:b/>
        <w:bCs/>
      </w:rPr>
      <w:tblPr/>
      <w:tcPr>
        <w:shd w:val="clear" w:color="auto" w:fill="B6DDE8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B6DDE8"/>
      </w:tcPr>
    </w:tblStylePr>
    <w:tblStylePr w:type="firstCol">
      <w:rPr>
        <w:rFonts w:cs="Times New Roman"/>
        <w:color w:val="FFFFFF"/>
      </w:rPr>
      <w:tblPr/>
      <w:tcPr>
        <w:shd w:val="clear" w:color="auto" w:fill="31849B"/>
      </w:tcPr>
    </w:tblStylePr>
    <w:tblStylePr w:type="lastCol">
      <w:rPr>
        <w:rFonts w:cs="Times New Roman"/>
        <w:color w:val="FFFFFF"/>
      </w:rPr>
      <w:tblPr/>
      <w:tcPr>
        <w:shd w:val="clear" w:color="auto" w:fill="31849B"/>
      </w:tc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</w:style>
  <w:style w:type="table" w:styleId="ColorfulGrid-Accent6">
    <w:name w:val="Colorful Grid Accent 6"/>
    <w:basedOn w:val="TableNormal"/>
    <w:uiPriority w:val="99"/>
    <w:rsid w:val="00CB0664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/>
    </w:tcPr>
    <w:tblStylePr w:type="firstRow">
      <w:rPr>
        <w:rFonts w:cs="Times New Roman"/>
        <w:b/>
        <w:bCs/>
      </w:rPr>
      <w:tblPr/>
      <w:tcPr>
        <w:shd w:val="clear" w:color="auto" w:fill="FBD4B4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FBD4B4"/>
      </w:tcPr>
    </w:tblStylePr>
    <w:tblStylePr w:type="firstCol">
      <w:rPr>
        <w:rFonts w:cs="Times New Roman"/>
        <w:color w:val="FFFFFF"/>
      </w:rPr>
      <w:tblPr/>
      <w:tcPr>
        <w:shd w:val="clear" w:color="auto" w:fill="E36C0A"/>
      </w:tcPr>
    </w:tblStylePr>
    <w:tblStylePr w:type="lastCol">
      <w:rPr>
        <w:rFonts w:cs="Times New Roman"/>
        <w:color w:val="FFFFFF"/>
      </w:rPr>
      <w:tblPr/>
      <w:tcPr>
        <w:shd w:val="clear" w:color="auto" w:fill="E36C0A"/>
      </w:tcPr>
    </w:tblStylePr>
    <w:tblStylePr w:type="band1Vert">
      <w:rPr>
        <w:rFonts w:cs="Times New Roman"/>
      </w:rPr>
      <w:tblPr/>
      <w:tcPr>
        <w:shd w:val="clear" w:color="auto" w:fill="FBCAA2"/>
      </w:tcPr>
    </w:tblStylePr>
    <w:tblStylePr w:type="band1Horz">
      <w:rPr>
        <w:rFonts w:cs="Times New Roman"/>
      </w:rPr>
      <w:tblPr/>
      <w:tcPr>
        <w:shd w:val="clear" w:color="auto" w:fill="FBCAA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bab956b1f44ef9d173162e10f4b2778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6eaa9825d2fedb5a83ac41ebe86c43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28F76FA-6656-4FC3-B536-7E021D85878F}"/>
</file>

<file path=customXml/itemProps2.xml><?xml version="1.0" encoding="utf-8"?>
<ds:datastoreItem xmlns:ds="http://schemas.openxmlformats.org/officeDocument/2006/customXml" ds:itemID="{F85FB966-8C1D-4B30-8758-42958B021CF7}"/>
</file>

<file path=customXml/itemProps3.xml><?xml version="1.0" encoding="utf-8"?>
<ds:datastoreItem xmlns:ds="http://schemas.openxmlformats.org/officeDocument/2006/customXml" ds:itemID="{DFE4969D-E92C-4DF8-9636-3DDF4D150BAC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3</Pages>
  <Words>1</Words>
  <Characters>7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python-docx</dc:creator>
  <cp:keywords/>
  <dc:description>generated by python-docx</dc:description>
  <cp:lastModifiedBy>QuangTuyen</cp:lastModifiedBy>
  <cp:revision>2</cp:revision>
  <dcterms:created xsi:type="dcterms:W3CDTF">2021-12-30T02:03:00Z</dcterms:created>
  <dcterms:modified xsi:type="dcterms:W3CDTF">2021-12-30T02:03:00Z</dcterms:modified>
</cp:coreProperties>
</file>